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b/>
          <w:color w:val="B08D2F"/>
          <w:sz w:val="36"/>
        </w:rPr>
        <w:t>B A RIGBY AUCTIONS</w:t>
      </w:r>
    </w:p>
    <w:p>
      <w:pPr>
        <w:spacing w:after="60"/>
        <w:jc w:val="center"/>
      </w:pPr>
      <w:r>
        <w:rPr>
          <w:rFonts w:ascii="Calibri" w:hAnsi="Calibri"/>
          <w:b/>
          <w:color w:val="111111"/>
          <w:sz w:val="30"/>
        </w:rPr>
        <w:t>FIREARM CONSIGNMENT &amp; AUCTION AGREEMENT</w:t>
      </w:r>
    </w:p>
    <w:p>
      <w:pPr>
        <w:spacing w:after="160"/>
        <w:jc w:val="center"/>
      </w:pPr>
      <w:r>
        <w:rPr>
          <w:rFonts w:ascii="Calibri" w:hAnsi="Calibri"/>
          <w:b w:val="0"/>
          <w:i/>
          <w:color w:val="666666"/>
          <w:sz w:val="18"/>
        </w:rPr>
        <w:t>For one or more firearms consigned to an online auction</w:t>
      </w:r>
    </w:p>
    <w:p>
      <w:pPr>
        <w:spacing w:before="160" w:after="80"/>
        <w:shd w:fill="111111"/>
      </w:pPr>
      <w:r>
        <w:rPr>
          <w:rFonts w:ascii="Calibri" w:hAnsi="Calibri"/>
          <w:b/>
          <w:color w:val="FFFFFF"/>
          <w:sz w:val="20"/>
        </w:rPr>
        <w:t xml:space="preserve">  AGREEMENT INFORMATION</w:t>
      </w:r>
    </w:p>
    <w:tbl>
      <w:tblPr>
        <w:tblStyle w:val="TableGrid"/>
        <w:tblW w:type="dxa" w:w="9360"/>
        <w:jc w:val="left"/>
        <w:tblLayout w:type="fixed"/>
        <w:tblLook w:firstColumn="1" w:firstRow="1" w:lastColumn="0" w:lastRow="0" w:noHBand="0" w:noVBand="1" w:val="04A0"/>
        <w:tblInd w:w="100" w:type="dxa"/>
      </w:tblPr>
      <w:tblGrid>
        <w:gridCol w:w="1700"/>
        <w:gridCol w:w="2980"/>
        <w:gridCol w:w="1700"/>
        <w:gridCol w:w="2980"/>
      </w:tblGrid>
      <w:tr>
        <w:tc>
          <w:tcPr>
            <w:tcW w:type="dxa" w:w="1700"/>
            <w:shd w:fill="F3F1EA"/>
            <w:tcMar>
              <w:top w:w="70" w:type="dxa"/>
              <w:start w:w="100" w:type="dxa"/>
              <w:bottom w:w="70" w:type="dxa"/>
              <w:end w:w="100" w:type="dxa"/>
            </w:tcMar>
            <w:vAlign w:val="center"/>
          </w:tcPr>
          <w:p>
            <w:r>
              <w:rPr>
                <w:rFonts w:ascii="Calibri" w:hAnsi="Calibri"/>
                <w:b/>
                <w:color w:val="111111"/>
                <w:sz w:val="17"/>
              </w:rPr>
              <w:t>Agreement No.</w:t>
            </w:r>
          </w:p>
        </w:tc>
        <w:tc>
          <w:tcPr>
            <w:tcW w:type="dxa" w:w="2980"/>
            <w:tcMar>
              <w:top w:w="70" w:type="dxa"/>
              <w:start w:w="100" w:type="dxa"/>
              <w:bottom w:w="70" w:type="dxa"/>
              <w:end w:w="100" w:type="dxa"/>
            </w:tcMar>
            <w:vAlign w:val="center"/>
          </w:tcPr>
          <w:p>
            <w:r>
              <w:rPr>
                <w:rFonts w:ascii="Calibri" w:hAnsi="Calibri"/>
                <w:color w:val="111111"/>
                <w:sz w:val="18"/>
              </w:rPr>
              <w:t>________________________</w:t>
            </w:r>
          </w:p>
        </w:tc>
        <w:tc>
          <w:tcPr>
            <w:tcW w:type="dxa" w:w="1700"/>
            <w:shd w:fill="F3F1EA"/>
            <w:tcMar>
              <w:top w:w="70" w:type="dxa"/>
              <w:start w:w="100" w:type="dxa"/>
              <w:bottom w:w="70" w:type="dxa"/>
              <w:end w:w="100" w:type="dxa"/>
            </w:tcMar>
            <w:vAlign w:val="center"/>
          </w:tcPr>
          <w:p>
            <w:r>
              <w:rPr>
                <w:rFonts w:ascii="Calibri" w:hAnsi="Calibri"/>
                <w:b/>
                <w:color w:val="111111"/>
                <w:sz w:val="17"/>
              </w:rPr>
              <w:t>Date Received</w:t>
            </w:r>
          </w:p>
        </w:tc>
        <w:tc>
          <w:tcPr>
            <w:tcW w:type="dxa" w:w="2980"/>
            <w:tcMar>
              <w:top w:w="70" w:type="dxa"/>
              <w:start w:w="100" w:type="dxa"/>
              <w:bottom w:w="70" w:type="dxa"/>
              <w:end w:w="100" w:type="dxa"/>
            </w:tcMar>
            <w:vAlign w:val="center"/>
          </w:tcPr>
          <w:p>
            <w:r>
              <w:rPr>
                <w:rFonts w:ascii="Calibri" w:hAnsi="Calibri"/>
                <w:color w:val="111111"/>
                <w:sz w:val="18"/>
              </w:rPr>
              <w:t>________________________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Auction Name/No.</w:t>
            </w:r>
          </w:p>
        </w:tc>
        <w:tc>
          <w:tcPr>
            <w:tcW w:type="dxa" w:w="2980"/>
            <w:tcMar>
              <w:top w:w="70" w:type="dxa"/>
              <w:start w:w="100" w:type="dxa"/>
              <w:bottom w:w="70" w:type="dxa"/>
              <w:end w:w="100" w:type="dxa"/>
            </w:tcMar>
            <w:vAlign w:val="center"/>
          </w:tcPr>
          <w:p>
            <w:r>
              <w:rPr>
                <w:rFonts w:ascii="Calibri" w:hAnsi="Calibri"/>
                <w:color w:val="111111"/>
                <w:sz w:val="18"/>
              </w:rPr>
              <w:t>________________________</w:t>
            </w:r>
          </w:p>
        </w:tc>
        <w:tc>
          <w:tcPr>
            <w:tcW w:type="dxa" w:w="1700"/>
            <w:shd w:fill="F3F1EA"/>
            <w:tcMar>
              <w:top w:w="70" w:type="dxa"/>
              <w:start w:w="100" w:type="dxa"/>
              <w:bottom w:w="70" w:type="dxa"/>
              <w:end w:w="100" w:type="dxa"/>
            </w:tcMar>
            <w:vAlign w:val="center"/>
          </w:tcPr>
          <w:p>
            <w:r>
              <w:rPr>
                <w:rFonts w:ascii="Calibri" w:hAnsi="Calibri"/>
                <w:b/>
                <w:color w:val="111111"/>
                <w:sz w:val="17"/>
              </w:rPr>
              <w:t>Auction Close Date</w:t>
            </w:r>
          </w:p>
        </w:tc>
        <w:tc>
          <w:tcPr>
            <w:tcW w:type="dxa" w:w="2980"/>
            <w:tcMar>
              <w:top w:w="70" w:type="dxa"/>
              <w:start w:w="100" w:type="dxa"/>
              <w:bottom w:w="70" w:type="dxa"/>
              <w:end w:w="100" w:type="dxa"/>
            </w:tcMar>
            <w:vAlign w:val="center"/>
          </w:tcPr>
          <w:p>
            <w:r>
              <w:rPr>
                <w:rFonts w:ascii="Calibri" w:hAnsi="Calibri"/>
                <w:color w:val="111111"/>
                <w:sz w:val="18"/>
              </w:rPr>
              <w:t>________________________</w:t>
            </w:r>
          </w:p>
        </w:tc>
      </w:tr>
    </w:tbl>
    <w:p>
      <w:pPr>
        <w:spacing w:before="160" w:after="80"/>
        <w:shd w:fill="111111"/>
      </w:pPr>
      <w:r>
        <w:rPr>
          <w:rFonts w:ascii="Calibri" w:hAnsi="Calibri"/>
          <w:b/>
          <w:color w:val="FFFFFF"/>
          <w:sz w:val="20"/>
        </w:rPr>
        <w:t xml:space="preserve">  SELLER / CONSIGNOR INFORMATION</w:t>
      </w:r>
    </w:p>
    <w:tbl>
      <w:tblPr>
        <w:tblStyle w:val="TableGrid"/>
        <w:tblW w:type="dxa" w:w="9360"/>
        <w:jc w:val="left"/>
        <w:tblLayout w:type="fixed"/>
        <w:tblLook w:firstColumn="1" w:firstRow="1" w:lastColumn="0" w:lastRow="0" w:noHBand="0" w:noVBand="1" w:val="04A0"/>
        <w:tblInd w:w="100" w:type="dxa"/>
      </w:tblPr>
      <w:tblGrid>
        <w:gridCol w:w="1700"/>
        <w:gridCol w:w="2980"/>
        <w:gridCol w:w="1700"/>
        <w:gridCol w:w="2980"/>
      </w:tblGrid>
      <w:tr>
        <w:tc>
          <w:tcPr>
            <w:tcW w:type="dxa" w:w="1700"/>
            <w:shd w:fill="F3F1EA"/>
            <w:tcMar>
              <w:top w:w="70" w:type="dxa"/>
              <w:start w:w="100" w:type="dxa"/>
              <w:bottom w:w="70" w:type="dxa"/>
              <w:end w:w="100" w:type="dxa"/>
            </w:tcMar>
            <w:vAlign w:val="center"/>
          </w:tcPr>
          <w:p>
            <w:r>
              <w:rPr>
                <w:rFonts w:ascii="Calibri" w:hAnsi="Calibri"/>
                <w:b/>
                <w:color w:val="111111"/>
                <w:sz w:val="17"/>
              </w:rPr>
              <w:t>Legal Name</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c>
          <w:tcPr>
            <w:tcW w:type="dxa" w:w="1700"/>
            <w:shd w:fill="F3F1EA"/>
            <w:tcMar>
              <w:top w:w="70" w:type="dxa"/>
              <w:start w:w="100" w:type="dxa"/>
              <w:bottom w:w="70" w:type="dxa"/>
              <w:end w:w="100" w:type="dxa"/>
            </w:tcMar>
            <w:vAlign w:val="center"/>
          </w:tcPr>
          <w:p>
            <w:r>
              <w:rPr>
                <w:rFonts w:ascii="Calibri" w:hAnsi="Calibri"/>
                <w:b/>
                <w:color w:val="111111"/>
                <w:sz w:val="17"/>
              </w:rPr>
              <w:t>Phone</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Street Address</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c>
          <w:tcPr>
            <w:tcW w:type="dxa" w:w="1700"/>
            <w:shd w:fill="F3F1EA"/>
            <w:tcMar>
              <w:top w:w="70" w:type="dxa"/>
              <w:start w:w="100" w:type="dxa"/>
              <w:bottom w:w="70" w:type="dxa"/>
              <w:end w:w="100" w:type="dxa"/>
            </w:tcMar>
            <w:vAlign w:val="center"/>
          </w:tcPr>
          <w:p>
            <w:r>
              <w:rPr>
                <w:rFonts w:ascii="Calibri" w:hAnsi="Calibri"/>
                <w:b/>
                <w:color w:val="111111"/>
                <w:sz w:val="17"/>
              </w:rPr>
              <w:t>Email</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City / State / ZIP</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c>
          <w:tcPr>
            <w:tcW w:type="dxa" w:w="1700"/>
            <w:shd w:fill="F3F1EA"/>
            <w:tcMar>
              <w:top w:w="70" w:type="dxa"/>
              <w:start w:w="100" w:type="dxa"/>
              <w:bottom w:w="70" w:type="dxa"/>
              <w:end w:w="100" w:type="dxa"/>
            </w:tcMar>
            <w:vAlign w:val="center"/>
          </w:tcPr>
          <w:p>
            <w:r>
              <w:rPr>
                <w:rFonts w:ascii="Calibri" w:hAnsi="Calibri"/>
                <w:b/>
                <w:color w:val="111111"/>
                <w:sz w:val="17"/>
              </w:rPr>
              <w:t>Date of Birth</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Photo ID Type / State</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c>
          <w:tcPr>
            <w:tcW w:type="dxa" w:w="1700"/>
            <w:shd w:fill="F3F1EA"/>
            <w:tcMar>
              <w:top w:w="70" w:type="dxa"/>
              <w:start w:w="100" w:type="dxa"/>
              <w:bottom w:w="70" w:type="dxa"/>
              <w:end w:w="100" w:type="dxa"/>
            </w:tcMar>
            <w:vAlign w:val="center"/>
          </w:tcPr>
          <w:p>
            <w:r>
              <w:rPr>
                <w:rFonts w:ascii="Calibri" w:hAnsi="Calibri"/>
                <w:b/>
                <w:color w:val="111111"/>
                <w:sz w:val="17"/>
              </w:rPr>
              <w:t>ID No. / Expiration</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r>
    </w:tbl>
    <w:p>
      <w:pPr>
        <w:spacing w:before="80" w:after="60"/>
      </w:pPr>
      <w:r>
        <w:rPr>
          <w:rFonts w:ascii="Calibri" w:hAnsi="Calibri"/>
          <w:b/>
          <w:color w:val="111111"/>
          <w:sz w:val="18"/>
        </w:rPr>
        <w:t xml:space="preserve">Seller capacity:  </w:t>
      </w:r>
      <w:r>
        <w:rPr>
          <w:rFonts w:ascii="Calibri" w:hAnsi="Calibri"/>
          <w:color w:val="111111"/>
          <w:sz w:val="18"/>
        </w:rPr>
        <w:t>☐ Owner   ☐ Personal representative/executor   ☐ Trustee   ☐ Authorized agent   ☐ Other: ____________________</w:t>
      </w:r>
    </w:p>
    <w:p>
      <w:pPr>
        <w:spacing w:after="80"/>
      </w:pPr>
      <w:r>
        <w:rPr>
          <w:rFonts w:ascii="Calibri" w:hAnsi="Calibri"/>
          <w:b w:val="0"/>
          <w:i/>
          <w:color w:val="666666"/>
          <w:sz w:val="17"/>
        </w:rPr>
        <w:t>If signing for an estate, trust, business, or another owner, attach documents establishing authority.</w:t>
      </w:r>
    </w:p>
    <w:p>
      <w:pPr>
        <w:spacing w:before="160" w:after="80"/>
        <w:shd w:fill="111111"/>
      </w:pPr>
      <w:r>
        <w:rPr>
          <w:rFonts w:ascii="Calibri" w:hAnsi="Calibri"/>
          <w:b/>
          <w:color w:val="FFFFFF"/>
          <w:sz w:val="20"/>
        </w:rPr>
        <w:t xml:space="preserve">  BUSINESS TERMS — COMPLETE BEFORE SIGNING</w:t>
      </w:r>
    </w:p>
    <w:tbl>
      <w:tblPr>
        <w:tblStyle w:val="TableGrid"/>
        <w:tblW w:type="dxa" w:w="9360"/>
        <w:jc w:val="left"/>
        <w:tblLayout w:type="fixed"/>
        <w:tblLook w:firstColumn="1" w:firstRow="1" w:lastColumn="0" w:lastRow="0" w:noHBand="0" w:noVBand="1" w:val="04A0"/>
        <w:tblInd w:w="100" w:type="dxa"/>
      </w:tblPr>
      <w:tblGrid>
        <w:gridCol w:w="1700"/>
        <w:gridCol w:w="2980"/>
        <w:gridCol w:w="1700"/>
        <w:gridCol w:w="2980"/>
      </w:tblGrid>
      <w:tr>
        <w:tc>
          <w:tcPr>
            <w:tcW w:type="dxa" w:w="1700"/>
            <w:shd w:fill="F3F1EA"/>
            <w:tcMar>
              <w:top w:w="70" w:type="dxa"/>
              <w:start w:w="100" w:type="dxa"/>
              <w:bottom w:w="70" w:type="dxa"/>
              <w:end w:w="100" w:type="dxa"/>
            </w:tcMar>
            <w:vAlign w:val="center"/>
          </w:tcPr>
          <w:p>
            <w:r>
              <w:rPr>
                <w:rFonts w:ascii="Calibri" w:hAnsi="Calibri"/>
                <w:b/>
                <w:color w:val="111111"/>
                <w:sz w:val="17"/>
              </w:rPr>
              <w:t>Seller Commission</w:t>
            </w:r>
          </w:p>
        </w:tc>
        <w:tc>
          <w:tcPr>
            <w:tcW w:type="dxa" w:w="2980"/>
            <w:tcMar>
              <w:top w:w="70" w:type="dxa"/>
              <w:start w:w="100" w:type="dxa"/>
              <w:bottom w:w="70" w:type="dxa"/>
              <w:end w:w="100" w:type="dxa"/>
            </w:tcMar>
            <w:vAlign w:val="center"/>
          </w:tcPr>
          <w:p>
            <w:r>
              <w:rPr>
                <w:rFonts w:ascii="Calibri" w:hAnsi="Calibri"/>
                <w:color w:val="111111"/>
                <w:sz w:val="18"/>
              </w:rPr>
              <w:t>__________ % of hammer price</w:t>
            </w:r>
          </w:p>
        </w:tc>
        <w:tc>
          <w:tcPr>
            <w:tcW w:type="dxa" w:w="1700"/>
            <w:shd w:fill="F3F1EA"/>
            <w:tcMar>
              <w:top w:w="70" w:type="dxa"/>
              <w:start w:w="100" w:type="dxa"/>
              <w:bottom w:w="70" w:type="dxa"/>
              <w:end w:w="100" w:type="dxa"/>
            </w:tcMar>
            <w:vAlign w:val="center"/>
          </w:tcPr>
          <w:p>
            <w:r>
              <w:rPr>
                <w:rFonts w:ascii="Calibri" w:hAnsi="Calibri"/>
                <w:b/>
                <w:color w:val="111111"/>
                <w:sz w:val="17"/>
              </w:rPr>
              <w:t>Minimum Commission</w:t>
            </w:r>
          </w:p>
        </w:tc>
        <w:tc>
          <w:tcPr>
            <w:tcW w:type="dxa" w:w="2980"/>
            <w:tcMar>
              <w:top w:w="70" w:type="dxa"/>
              <w:start w:w="100" w:type="dxa"/>
              <w:bottom w:w="70" w:type="dxa"/>
              <w:end w:w="100" w:type="dxa"/>
            </w:tcMar>
            <w:vAlign w:val="center"/>
          </w:tcPr>
          <w:p>
            <w:r>
              <w:rPr>
                <w:rFonts w:ascii="Calibri" w:hAnsi="Calibri"/>
                <w:color w:val="111111"/>
                <w:sz w:val="18"/>
              </w:rPr>
              <w:t>$ ________________________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Catalog / Lot Fee</w:t>
            </w:r>
          </w:p>
        </w:tc>
        <w:tc>
          <w:tcPr>
            <w:tcW w:type="dxa" w:w="2980"/>
            <w:tcMar>
              <w:top w:w="70" w:type="dxa"/>
              <w:start w:w="100" w:type="dxa"/>
              <w:bottom w:w="70" w:type="dxa"/>
              <w:end w:w="100" w:type="dxa"/>
            </w:tcMar>
            <w:vAlign w:val="center"/>
          </w:tcPr>
          <w:p>
            <w:r>
              <w:rPr>
                <w:rFonts w:ascii="Calibri" w:hAnsi="Calibri"/>
                <w:color w:val="111111"/>
                <w:sz w:val="18"/>
              </w:rPr>
              <w:t>$ __________ per lot / ☐ None</w:t>
            </w:r>
          </w:p>
        </w:tc>
        <w:tc>
          <w:tcPr>
            <w:tcW w:type="dxa" w:w="1700"/>
            <w:shd w:fill="F3F1EA"/>
            <w:tcMar>
              <w:top w:w="70" w:type="dxa"/>
              <w:start w:w="100" w:type="dxa"/>
              <w:bottom w:w="70" w:type="dxa"/>
              <w:end w:w="100" w:type="dxa"/>
            </w:tcMar>
            <w:vAlign w:val="center"/>
          </w:tcPr>
          <w:p>
            <w:r>
              <w:rPr>
                <w:rFonts w:ascii="Calibri" w:hAnsi="Calibri"/>
                <w:b/>
                <w:color w:val="111111"/>
                <w:sz w:val="17"/>
              </w:rPr>
              <w:t>Other Seller Fees</w:t>
            </w:r>
          </w:p>
        </w:tc>
        <w:tc>
          <w:tcPr>
            <w:tcW w:type="dxa" w:w="2980"/>
            <w:tcMar>
              <w:top w:w="70" w:type="dxa"/>
              <w:start w:w="100" w:type="dxa"/>
              <w:bottom w:w="70" w:type="dxa"/>
              <w:end w:w="100" w:type="dxa"/>
            </w:tcMar>
            <w:vAlign w:val="center"/>
          </w:tcPr>
          <w:p>
            <w:r>
              <w:rPr>
                <w:rFonts w:ascii="Calibri" w:hAnsi="Calibri"/>
                <w:color w:val="111111"/>
                <w:sz w:val="18"/>
              </w:rPr>
              <w:t>$ __________ / ______________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Reserve</w:t>
            </w:r>
          </w:p>
        </w:tc>
        <w:tc>
          <w:tcPr>
            <w:tcW w:type="dxa" w:w="2980"/>
            <w:tcMar>
              <w:top w:w="70" w:type="dxa"/>
              <w:start w:w="100" w:type="dxa"/>
              <w:bottom w:w="70" w:type="dxa"/>
              <w:end w:w="100" w:type="dxa"/>
            </w:tcMar>
            <w:vAlign w:val="center"/>
          </w:tcPr>
          <w:p>
            <w:r>
              <w:rPr>
                <w:rFonts w:ascii="Calibri" w:hAnsi="Calibri"/>
                <w:color w:val="111111"/>
                <w:sz w:val="18"/>
              </w:rPr>
              <w:t>☐ No reserve  ☐ As listed on inventory</w:t>
            </w:r>
          </w:p>
        </w:tc>
        <w:tc>
          <w:tcPr>
            <w:tcW w:type="dxa" w:w="1700"/>
            <w:shd w:fill="F3F1EA"/>
            <w:tcMar>
              <w:top w:w="70" w:type="dxa"/>
              <w:start w:w="100" w:type="dxa"/>
              <w:bottom w:w="70" w:type="dxa"/>
              <w:end w:w="100" w:type="dxa"/>
            </w:tcMar>
            <w:vAlign w:val="center"/>
          </w:tcPr>
          <w:p>
            <w:r>
              <w:rPr>
                <w:rFonts w:ascii="Calibri" w:hAnsi="Calibri"/>
                <w:b/>
                <w:color w:val="111111"/>
                <w:sz w:val="17"/>
              </w:rPr>
              <w:t>Unsold / Withdrawal Fee</w:t>
            </w:r>
          </w:p>
        </w:tc>
        <w:tc>
          <w:tcPr>
            <w:tcW w:type="dxa" w:w="2980"/>
            <w:tcMar>
              <w:top w:w="70" w:type="dxa"/>
              <w:start w:w="100" w:type="dxa"/>
              <w:bottom w:w="70" w:type="dxa"/>
              <w:end w:w="100" w:type="dxa"/>
            </w:tcMar>
            <w:vAlign w:val="center"/>
          </w:tcPr>
          <w:p>
            <w:r>
              <w:rPr>
                <w:rFonts w:ascii="Calibri" w:hAnsi="Calibri"/>
                <w:color w:val="111111"/>
                <w:sz w:val="18"/>
              </w:rPr>
              <w:t>$ __________ / ______________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Settlement</w:t>
            </w:r>
          </w:p>
        </w:tc>
        <w:tc>
          <w:tcPr>
            <w:tcW w:type="dxa" w:w="2980"/>
            <w:tcMar>
              <w:top w:w="70" w:type="dxa"/>
              <w:start w:w="100" w:type="dxa"/>
              <w:bottom w:w="70" w:type="dxa"/>
              <w:end w:w="100" w:type="dxa"/>
            </w:tcMar>
            <w:vAlign w:val="center"/>
          </w:tcPr>
          <w:p>
            <w:r>
              <w:rPr>
                <w:rFonts w:ascii="Calibri" w:hAnsi="Calibri"/>
                <w:color w:val="111111"/>
                <w:sz w:val="18"/>
              </w:rPr>
              <w:t>Within ______ business days after collected funds</w:t>
            </w:r>
          </w:p>
        </w:tc>
        <w:tc>
          <w:tcPr>
            <w:tcW w:type="dxa" w:w="1700"/>
            <w:shd w:fill="F3F1EA"/>
            <w:tcMar>
              <w:top w:w="70" w:type="dxa"/>
              <w:start w:w="100" w:type="dxa"/>
              <w:bottom w:w="70" w:type="dxa"/>
              <w:end w:w="100" w:type="dxa"/>
            </w:tcMar>
            <w:vAlign w:val="center"/>
          </w:tcPr>
          <w:p>
            <w:r>
              <w:rPr>
                <w:rFonts w:ascii="Calibri" w:hAnsi="Calibri"/>
                <w:b/>
                <w:color w:val="111111"/>
                <w:sz w:val="17"/>
              </w:rPr>
              <w:t>Payment Method</w:t>
            </w:r>
          </w:p>
        </w:tc>
        <w:tc>
          <w:tcPr>
            <w:tcW w:type="dxa" w:w="2980"/>
            <w:tcMar>
              <w:top w:w="70" w:type="dxa"/>
              <w:start w:w="100" w:type="dxa"/>
              <w:bottom w:w="70" w:type="dxa"/>
              <w:end w:w="100" w:type="dxa"/>
            </w:tcMar>
            <w:vAlign w:val="center"/>
          </w:tcPr>
          <w:p>
            <w:r>
              <w:rPr>
                <w:rFonts w:ascii="Calibri" w:hAnsi="Calibri"/>
                <w:color w:val="111111"/>
                <w:sz w:val="18"/>
              </w:rPr>
              <w:t>☐ Check  ☐ ACH  ☐ Other: ______</w:t>
            </w:r>
          </w:p>
        </w:tc>
      </w:tr>
    </w:tbl>
    <w:p>
      <w:pPr>
        <w:spacing w:before="100" w:after="60"/>
      </w:pPr>
      <w:r>
        <w:rPr>
          <w:rFonts w:ascii="Calibri" w:hAnsi="Calibri"/>
          <w:color w:val="111111"/>
          <w:sz w:val="17"/>
        </w:rPr>
        <w:t>Net proceeds = hammer price less the commission, agreed fees, authorized expenses, chargebacks/refunds, and any legally required withholding. Buyer’s premium, sales tax, shipping, and transfer fees paid by a buyer are not part of the hammer price unless stated otherwise in writing.</w:t>
      </w:r>
    </w:p>
    <w:p>
      <w:pPr>
        <w:spacing w:before="160" w:after="80"/>
        <w:shd w:fill="111111"/>
      </w:pPr>
      <w:r>
        <w:rPr>
          <w:rFonts w:ascii="Calibri" w:hAnsi="Calibri"/>
          <w:b/>
          <w:color w:val="FFFFFF"/>
          <w:sz w:val="20"/>
        </w:rPr>
        <w:t xml:space="preserve">  CONSIGNMENT APPOINTMENT</w:t>
      </w:r>
    </w:p>
    <w:p>
      <w:r>
        <w:rPr>
          <w:rFonts w:ascii="Calibri" w:hAnsi="Calibri"/>
          <w:color w:val="111111"/>
          <w:sz w:val="18"/>
        </w:rPr>
        <w:t>Seller delivers the firearm(s) listed in this agreement to B A Rigby Auctions (“Auctioneer”) and appoints Auctioneer as Seller’s exclusive agent to photograph, describe, advertise, group or separate into lots, and sell them through the identified online auction, subject to this agreement and applicable law. Auctioneer may decline any item before publication or withdraw any item when reasonably necessary for safety, authenticity, title, compliance, or marketability.</w:t>
      </w:r>
    </w:p>
    <w:p>
      <w:pPr>
        <w:spacing w:before="160" w:after="80"/>
        <w:shd w:fill="111111"/>
      </w:pPr>
      <w:r>
        <w:rPr>
          <w:rFonts w:ascii="Calibri" w:hAnsi="Calibri"/>
          <w:b/>
          <w:color w:val="FFFFFF"/>
          <w:sz w:val="20"/>
        </w:rPr>
        <w:t xml:space="preserve">  ITEM COUNT AND INTAKE</w:t>
      </w:r>
    </w:p>
    <w:tbl>
      <w:tblPr>
        <w:tblStyle w:val="TableGrid"/>
        <w:tblW w:type="dxa" w:w="9360"/>
        <w:jc w:val="left"/>
        <w:tblLayout w:type="fixed"/>
        <w:tblLook w:firstColumn="1" w:firstRow="1" w:lastColumn="0" w:lastRow="0" w:noHBand="0" w:noVBand="1" w:val="04A0"/>
        <w:tblInd w:w="100" w:type="dxa"/>
      </w:tblPr>
      <w:tblGrid>
        <w:gridCol w:w="1700"/>
        <w:gridCol w:w="2980"/>
        <w:gridCol w:w="1700"/>
        <w:gridCol w:w="2980"/>
      </w:tblGrid>
      <w:tr>
        <w:tc>
          <w:tcPr>
            <w:tcW w:type="dxa" w:w="1700"/>
            <w:shd w:fill="F3F1EA"/>
            <w:tcMar>
              <w:top w:w="70" w:type="dxa"/>
              <w:start w:w="100" w:type="dxa"/>
              <w:bottom w:w="70" w:type="dxa"/>
              <w:end w:w="100" w:type="dxa"/>
            </w:tcMar>
            <w:vAlign w:val="center"/>
          </w:tcPr>
          <w:p>
            <w:r>
              <w:rPr>
                <w:rFonts w:ascii="Calibri" w:hAnsi="Calibri"/>
                <w:b/>
                <w:color w:val="111111"/>
                <w:sz w:val="17"/>
              </w:rPr>
              <w:t>Total Firearms</w:t>
            </w:r>
          </w:p>
        </w:tc>
        <w:tc>
          <w:tcPr>
            <w:tcW w:type="dxa" w:w="2980"/>
            <w:tcMar>
              <w:top w:w="70" w:type="dxa"/>
              <w:start w:w="100" w:type="dxa"/>
              <w:bottom w:w="70" w:type="dxa"/>
              <w:end w:w="100" w:type="dxa"/>
            </w:tcMar>
            <w:vAlign w:val="center"/>
          </w:tcPr>
          <w:p>
            <w:r>
              <w:rPr>
                <w:rFonts w:ascii="Calibri" w:hAnsi="Calibri"/>
                <w:color w:val="111111"/>
                <w:sz w:val="18"/>
              </w:rPr>
              <w:t>__________</w:t>
            </w:r>
          </w:p>
        </w:tc>
        <w:tc>
          <w:tcPr>
            <w:tcW w:type="dxa" w:w="1700"/>
            <w:shd w:fill="F3F1EA"/>
            <w:tcMar>
              <w:top w:w="70" w:type="dxa"/>
              <w:start w:w="100" w:type="dxa"/>
              <w:bottom w:w="70" w:type="dxa"/>
              <w:end w:w="100" w:type="dxa"/>
            </w:tcMar>
            <w:vAlign w:val="center"/>
          </w:tcPr>
          <w:p>
            <w:r>
              <w:rPr>
                <w:rFonts w:ascii="Calibri" w:hAnsi="Calibri"/>
                <w:b/>
                <w:color w:val="111111"/>
                <w:sz w:val="17"/>
              </w:rPr>
              <w:t>Total Accessory Lots</w:t>
            </w:r>
          </w:p>
        </w:tc>
        <w:tc>
          <w:tcPr>
            <w:tcW w:type="dxa" w:w="2980"/>
            <w:tcMar>
              <w:top w:w="70" w:type="dxa"/>
              <w:start w:w="100" w:type="dxa"/>
              <w:bottom w:w="70" w:type="dxa"/>
              <w:end w:w="100" w:type="dxa"/>
            </w:tcMar>
            <w:vAlign w:val="center"/>
          </w:tcPr>
          <w:p>
            <w:r>
              <w:rPr>
                <w:rFonts w:ascii="Calibri" w:hAnsi="Calibri"/>
                <w:color w:val="111111"/>
                <w:sz w:val="18"/>
              </w:rPr>
              <w:t>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Inventory Pages</w:t>
            </w:r>
          </w:p>
        </w:tc>
        <w:tc>
          <w:tcPr>
            <w:tcW w:type="dxa" w:w="2980"/>
            <w:tcMar>
              <w:top w:w="70" w:type="dxa"/>
              <w:start w:w="100" w:type="dxa"/>
              <w:bottom w:w="70" w:type="dxa"/>
              <w:end w:w="100" w:type="dxa"/>
            </w:tcMar>
            <w:vAlign w:val="center"/>
          </w:tcPr>
          <w:p>
            <w:r>
              <w:rPr>
                <w:rFonts w:ascii="Calibri" w:hAnsi="Calibri"/>
                <w:color w:val="111111"/>
                <w:sz w:val="18"/>
              </w:rPr>
              <w:t>__________</w:t>
            </w:r>
          </w:p>
        </w:tc>
        <w:tc>
          <w:tcPr>
            <w:tcW w:type="dxa" w:w="1700"/>
            <w:shd w:fill="F3F1EA"/>
            <w:tcMar>
              <w:top w:w="70" w:type="dxa"/>
              <w:start w:w="100" w:type="dxa"/>
              <w:bottom w:w="70" w:type="dxa"/>
              <w:end w:w="100" w:type="dxa"/>
            </w:tcMar>
            <w:vAlign w:val="center"/>
          </w:tcPr>
          <w:p>
            <w:r>
              <w:rPr>
                <w:rFonts w:ascii="Calibri" w:hAnsi="Calibri"/>
                <w:b/>
                <w:color w:val="111111"/>
                <w:sz w:val="17"/>
              </w:rPr>
              <w:t>Keys / Cases / Magazines</w:t>
            </w:r>
          </w:p>
        </w:tc>
        <w:tc>
          <w:tcPr>
            <w:tcW w:type="dxa" w:w="2980"/>
            <w:tcMar>
              <w:top w:w="70" w:type="dxa"/>
              <w:start w:w="100" w:type="dxa"/>
              <w:bottom w:w="70" w:type="dxa"/>
              <w:end w:w="100" w:type="dxa"/>
            </w:tcMar>
            <w:vAlign w:val="center"/>
          </w:tcPr>
          <w:p>
            <w:r>
              <w:rPr>
                <w:rFonts w:ascii="Calibri" w:hAnsi="Calibri"/>
                <w:color w:val="111111"/>
                <w:sz w:val="18"/>
              </w:rPr>
              <w:t>________________________</w:t>
            </w:r>
          </w:p>
        </w:tc>
      </w:tr>
    </w:tbl>
    <w:p>
      <w:r>
        <w:br w:type="page"/>
      </w:r>
    </w:p>
    <w:p>
      <w:pPr>
        <w:jc w:val="center"/>
      </w:pPr>
      <w:r>
        <w:rPr>
          <w:rFonts w:ascii="Calibri" w:hAnsi="Calibri"/>
          <w:b/>
          <w:color w:val="111111"/>
          <w:sz w:val="26"/>
        </w:rPr>
        <w:t>FIREARM INVENTORY — ATTACH ADDITIONAL COPIES AS NEEDED</w:t>
      </w:r>
    </w:p>
    <w:p>
      <w:pPr>
        <w:spacing w:after="120"/>
        <w:jc w:val="center"/>
      </w:pPr>
      <w:r>
        <w:rPr>
          <w:rFonts w:ascii="Calibri" w:hAnsi="Calibri"/>
          <w:b w:val="0"/>
          <w:i/>
          <w:color w:val="666666"/>
          <w:sz w:val="17"/>
        </w:rPr>
        <w:t>Record markings exactly as they appear on the firearm. Do not guess at model, caliber, or serial number.</w:t>
      </w:r>
    </w:p>
    <w:tbl>
      <w:tblPr>
        <w:tblStyle w:val="TableGrid"/>
        <w:tblW w:type="dxa" w:w="9360"/>
        <w:jc w:val="left"/>
        <w:tblLayout w:type="fixed"/>
        <w:tblLook w:firstColumn="1" w:firstRow="1" w:lastColumn="0" w:lastRow="0" w:noHBand="0" w:noVBand="1" w:val="04A0"/>
        <w:tblInd w:w="100" w:type="dxa"/>
      </w:tblPr>
      <w:tblGrid>
        <w:gridCol w:w="1450"/>
        <w:gridCol w:w="3230"/>
        <w:gridCol w:w="1450"/>
        <w:gridCol w:w="3230"/>
      </w:tblGrid>
      <w:tr>
        <w:tc>
          <w:tcPr>
            <w:tcW w:type="dxa" w:w="1450"/>
            <w:shd w:fill="F3F1EA"/>
            <w:tcMar>
              <w:top w:w="70" w:type="dxa"/>
              <w:start w:w="100" w:type="dxa"/>
              <w:bottom w:w="70" w:type="dxa"/>
              <w:end w:w="100" w:type="dxa"/>
            </w:tcMar>
            <w:vAlign w:val="center"/>
          </w:tcPr>
          <w:p>
            <w:r>
              <w:rPr>
                <w:rFonts w:ascii="Calibri" w:hAnsi="Calibri"/>
                <w:b/>
                <w:color w:val="111111"/>
                <w:sz w:val="15"/>
              </w:rPr>
              <w:t>ITEM 1 / LOT</w:t>
            </w:r>
          </w:p>
        </w:tc>
        <w:tc>
          <w:tcPr>
            <w:tcW w:type="dxa" w:w="3230"/>
            <w:tcMar>
              <w:top w:w="70" w:type="dxa"/>
              <w:start w:w="100" w:type="dxa"/>
              <w:bottom w:w="70" w:type="dxa"/>
              <w:end w:w="100" w:type="dxa"/>
            </w:tcMar>
            <w:vAlign w:val="center"/>
          </w:tcPr>
          <w:p>
            <w:r>
              <w:rPr>
                <w:rFonts w:ascii="Calibri" w:hAnsi="Calibri"/>
                <w:color w:val="111111"/>
                <w:sz w:val="17"/>
              </w:rPr>
              <w:t>Lot: ________</w:t>
            </w:r>
          </w:p>
        </w:tc>
        <w:tc>
          <w:tcPr>
            <w:tcW w:type="dxa" w:w="1450"/>
            <w:shd w:fill="F3F1EA"/>
            <w:tcMar>
              <w:top w:w="70" w:type="dxa"/>
              <w:start w:w="100" w:type="dxa"/>
              <w:bottom w:w="70" w:type="dxa"/>
              <w:end w:w="100" w:type="dxa"/>
            </w:tcMar>
            <w:vAlign w:val="center"/>
          </w:tcPr>
          <w:p>
            <w:r>
              <w:rPr>
                <w:rFonts w:ascii="Calibri" w:hAnsi="Calibri"/>
                <w:b/>
                <w:color w:val="111111"/>
                <w:sz w:val="15"/>
              </w:rPr>
              <w:t>RESERVE</w:t>
            </w:r>
          </w:p>
        </w:tc>
        <w:tc>
          <w:tcPr>
            <w:tcW w:type="dxa" w:w="3230"/>
            <w:tcMar>
              <w:top w:w="70" w:type="dxa"/>
              <w:start w:w="100" w:type="dxa"/>
              <w:bottom w:w="70" w:type="dxa"/>
              <w:end w:w="100" w:type="dxa"/>
            </w:tcMar>
            <w:vAlign w:val="center"/>
          </w:tcPr>
          <w:p>
            <w:r>
              <w:rPr>
                <w:rFonts w:ascii="Calibri" w:hAnsi="Calibri"/>
                <w:color w:val="111111"/>
                <w:sz w:val="17"/>
              </w:rPr>
              <w:t>$ __________ / ☐ None</w:t>
            </w:r>
          </w:p>
        </w:tc>
      </w:tr>
      <w:tr>
        <w:tc>
          <w:tcPr>
            <w:tcW w:type="dxa" w:w="1450"/>
            <w:shd w:fill="F3F1EA"/>
            <w:tcMar>
              <w:top w:w="70" w:type="dxa"/>
              <w:start w:w="100" w:type="dxa"/>
              <w:bottom w:w="70" w:type="dxa"/>
              <w:end w:w="100" w:type="dxa"/>
            </w:tcMar>
            <w:vAlign w:val="center"/>
          </w:tcPr>
          <w:p>
            <w:r>
              <w:rPr>
                <w:rFonts w:ascii="Calibri" w:hAnsi="Calibri"/>
                <w:b/>
                <w:color w:val="111111"/>
                <w:sz w:val="15"/>
              </w:rPr>
              <w:t>MANUFACTURER / IMPORTER</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MODEL</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r>
        <w:tc>
          <w:tcPr>
            <w:tcW w:type="dxa" w:w="1450"/>
            <w:shd w:fill="F3F1EA"/>
            <w:tcMar>
              <w:top w:w="70" w:type="dxa"/>
              <w:start w:w="100" w:type="dxa"/>
              <w:bottom w:w="70" w:type="dxa"/>
              <w:end w:w="100" w:type="dxa"/>
            </w:tcMar>
            <w:vAlign w:val="center"/>
          </w:tcPr>
          <w:p>
            <w:r>
              <w:rPr>
                <w:rFonts w:ascii="Calibri" w:hAnsi="Calibri"/>
                <w:b/>
                <w:color w:val="111111"/>
                <w:sz w:val="15"/>
              </w:rPr>
              <w:t>SERIAL NUMBER</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CALIBER / GAUGE</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r>
        <w:tc>
          <w:tcPr>
            <w:tcW w:type="dxa" w:w="1450"/>
            <w:shd w:fill="F3F1EA"/>
            <w:tcMar>
              <w:top w:w="70" w:type="dxa"/>
              <w:start w:w="100" w:type="dxa"/>
              <w:bottom w:w="70" w:type="dxa"/>
              <w:end w:w="100" w:type="dxa"/>
            </w:tcMar>
            <w:vAlign w:val="center"/>
          </w:tcPr>
          <w:p>
            <w:r>
              <w:rPr>
                <w:rFonts w:ascii="Calibri" w:hAnsi="Calibri"/>
                <w:b/>
                <w:color w:val="111111"/>
                <w:sz w:val="15"/>
              </w:rPr>
              <w:t>TYPE / ACTION</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BARREL / FINISH</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bl>
    <w:p>
      <w:pPr>
        <w:spacing w:before="40" w:after="20"/>
      </w:pPr>
      <w:r>
        <w:rPr>
          <w:rFonts w:ascii="Calibri" w:hAnsi="Calibri"/>
          <w:b/>
          <w:color w:val="111111"/>
          <w:sz w:val="16"/>
        </w:rPr>
        <w:t xml:space="preserve">Condition / notable defects / modifications: </w:t>
      </w:r>
      <w:r>
        <w:rPr>
          <w:rFonts w:ascii="Calibri" w:hAnsi="Calibri"/>
          <w:color w:val="111111"/>
          <w:sz w:val="16"/>
        </w:rPr>
        <w:t>________________________________________________________________________________</w:t>
      </w:r>
    </w:p>
    <w:p>
      <w:pPr>
        <w:spacing w:after="100"/>
      </w:pPr>
      <w:r>
        <w:rPr>
          <w:rFonts w:ascii="Calibri" w:hAnsi="Calibri"/>
          <w:b/>
          <w:color w:val="111111"/>
          <w:sz w:val="16"/>
        </w:rPr>
        <w:t xml:space="preserve">Included accessories, magazine count/capacity, case, optics, paperwork: </w:t>
      </w:r>
      <w:r>
        <w:rPr>
          <w:rFonts w:ascii="Calibri" w:hAnsi="Calibri"/>
          <w:color w:val="111111"/>
          <w:sz w:val="16"/>
        </w:rPr>
        <w:t>____________________________________________</w:t>
      </w:r>
    </w:p>
    <w:tbl>
      <w:tblPr>
        <w:tblStyle w:val="TableGrid"/>
        <w:tblW w:type="dxa" w:w="9360"/>
        <w:jc w:val="left"/>
        <w:tblLayout w:type="fixed"/>
        <w:tblLook w:firstColumn="1" w:firstRow="1" w:lastColumn="0" w:lastRow="0" w:noHBand="0" w:noVBand="1" w:val="04A0"/>
        <w:tblInd w:w="100" w:type="dxa"/>
      </w:tblPr>
      <w:tblGrid>
        <w:gridCol w:w="1450"/>
        <w:gridCol w:w="3230"/>
        <w:gridCol w:w="1450"/>
        <w:gridCol w:w="3230"/>
      </w:tblGrid>
      <w:tr>
        <w:tc>
          <w:tcPr>
            <w:tcW w:type="dxa" w:w="1450"/>
            <w:shd w:fill="F3F1EA"/>
            <w:tcMar>
              <w:top w:w="70" w:type="dxa"/>
              <w:start w:w="100" w:type="dxa"/>
              <w:bottom w:w="70" w:type="dxa"/>
              <w:end w:w="100" w:type="dxa"/>
            </w:tcMar>
            <w:vAlign w:val="center"/>
          </w:tcPr>
          <w:p>
            <w:r>
              <w:rPr>
                <w:rFonts w:ascii="Calibri" w:hAnsi="Calibri"/>
                <w:b/>
                <w:color w:val="111111"/>
                <w:sz w:val="15"/>
              </w:rPr>
              <w:t>ITEM 2 / LOT</w:t>
            </w:r>
          </w:p>
        </w:tc>
        <w:tc>
          <w:tcPr>
            <w:tcW w:type="dxa" w:w="3230"/>
            <w:tcMar>
              <w:top w:w="70" w:type="dxa"/>
              <w:start w:w="100" w:type="dxa"/>
              <w:bottom w:w="70" w:type="dxa"/>
              <w:end w:w="100" w:type="dxa"/>
            </w:tcMar>
            <w:vAlign w:val="center"/>
          </w:tcPr>
          <w:p>
            <w:r>
              <w:rPr>
                <w:rFonts w:ascii="Calibri" w:hAnsi="Calibri"/>
                <w:color w:val="111111"/>
                <w:sz w:val="17"/>
              </w:rPr>
              <w:t>Lot: ________</w:t>
            </w:r>
          </w:p>
        </w:tc>
        <w:tc>
          <w:tcPr>
            <w:tcW w:type="dxa" w:w="1450"/>
            <w:shd w:fill="F3F1EA"/>
            <w:tcMar>
              <w:top w:w="70" w:type="dxa"/>
              <w:start w:w="100" w:type="dxa"/>
              <w:bottom w:w="70" w:type="dxa"/>
              <w:end w:w="100" w:type="dxa"/>
            </w:tcMar>
            <w:vAlign w:val="center"/>
          </w:tcPr>
          <w:p>
            <w:r>
              <w:rPr>
                <w:rFonts w:ascii="Calibri" w:hAnsi="Calibri"/>
                <w:b/>
                <w:color w:val="111111"/>
                <w:sz w:val="15"/>
              </w:rPr>
              <w:t>RESERVE</w:t>
            </w:r>
          </w:p>
        </w:tc>
        <w:tc>
          <w:tcPr>
            <w:tcW w:type="dxa" w:w="3230"/>
            <w:tcMar>
              <w:top w:w="70" w:type="dxa"/>
              <w:start w:w="100" w:type="dxa"/>
              <w:bottom w:w="70" w:type="dxa"/>
              <w:end w:w="100" w:type="dxa"/>
            </w:tcMar>
            <w:vAlign w:val="center"/>
          </w:tcPr>
          <w:p>
            <w:r>
              <w:rPr>
                <w:rFonts w:ascii="Calibri" w:hAnsi="Calibri"/>
                <w:color w:val="111111"/>
                <w:sz w:val="17"/>
              </w:rPr>
              <w:t>$ __________ / ☐ None</w:t>
            </w:r>
          </w:p>
        </w:tc>
      </w:tr>
      <w:tr>
        <w:tc>
          <w:tcPr>
            <w:tcW w:type="dxa" w:w="1450"/>
            <w:shd w:fill="F3F1EA"/>
            <w:tcMar>
              <w:top w:w="70" w:type="dxa"/>
              <w:start w:w="100" w:type="dxa"/>
              <w:bottom w:w="70" w:type="dxa"/>
              <w:end w:w="100" w:type="dxa"/>
            </w:tcMar>
            <w:vAlign w:val="center"/>
          </w:tcPr>
          <w:p>
            <w:r>
              <w:rPr>
                <w:rFonts w:ascii="Calibri" w:hAnsi="Calibri"/>
                <w:b/>
                <w:color w:val="111111"/>
                <w:sz w:val="15"/>
              </w:rPr>
              <w:t>MANUFACTURER / IMPORTER</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MODEL</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r>
        <w:tc>
          <w:tcPr>
            <w:tcW w:type="dxa" w:w="1450"/>
            <w:shd w:fill="F3F1EA"/>
            <w:tcMar>
              <w:top w:w="70" w:type="dxa"/>
              <w:start w:w="100" w:type="dxa"/>
              <w:bottom w:w="70" w:type="dxa"/>
              <w:end w:w="100" w:type="dxa"/>
            </w:tcMar>
            <w:vAlign w:val="center"/>
          </w:tcPr>
          <w:p>
            <w:r>
              <w:rPr>
                <w:rFonts w:ascii="Calibri" w:hAnsi="Calibri"/>
                <w:b/>
                <w:color w:val="111111"/>
                <w:sz w:val="15"/>
              </w:rPr>
              <w:t>SERIAL NUMBER</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CALIBER / GAUGE</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r>
        <w:tc>
          <w:tcPr>
            <w:tcW w:type="dxa" w:w="1450"/>
            <w:shd w:fill="F3F1EA"/>
            <w:tcMar>
              <w:top w:w="70" w:type="dxa"/>
              <w:start w:w="100" w:type="dxa"/>
              <w:bottom w:w="70" w:type="dxa"/>
              <w:end w:w="100" w:type="dxa"/>
            </w:tcMar>
            <w:vAlign w:val="center"/>
          </w:tcPr>
          <w:p>
            <w:r>
              <w:rPr>
                <w:rFonts w:ascii="Calibri" w:hAnsi="Calibri"/>
                <w:b/>
                <w:color w:val="111111"/>
                <w:sz w:val="15"/>
              </w:rPr>
              <w:t>TYPE / ACTION</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BARREL / FINISH</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bl>
    <w:p>
      <w:pPr>
        <w:spacing w:before="40" w:after="20"/>
      </w:pPr>
      <w:r>
        <w:rPr>
          <w:rFonts w:ascii="Calibri" w:hAnsi="Calibri"/>
          <w:b/>
          <w:color w:val="111111"/>
          <w:sz w:val="16"/>
        </w:rPr>
        <w:t xml:space="preserve">Condition / notable defects / modifications: </w:t>
      </w:r>
      <w:r>
        <w:rPr>
          <w:rFonts w:ascii="Calibri" w:hAnsi="Calibri"/>
          <w:color w:val="111111"/>
          <w:sz w:val="16"/>
        </w:rPr>
        <w:t>________________________________________________________________________________</w:t>
      </w:r>
    </w:p>
    <w:p>
      <w:pPr>
        <w:spacing w:after="100"/>
      </w:pPr>
      <w:r>
        <w:rPr>
          <w:rFonts w:ascii="Calibri" w:hAnsi="Calibri"/>
          <w:b/>
          <w:color w:val="111111"/>
          <w:sz w:val="16"/>
        </w:rPr>
        <w:t xml:space="preserve">Included accessories, magazine count/capacity, case, optics, paperwork: </w:t>
      </w:r>
      <w:r>
        <w:rPr>
          <w:rFonts w:ascii="Calibri" w:hAnsi="Calibri"/>
          <w:color w:val="111111"/>
          <w:sz w:val="16"/>
        </w:rPr>
        <w:t>____________________________________________</w:t>
      </w:r>
    </w:p>
    <w:tbl>
      <w:tblPr>
        <w:tblStyle w:val="TableGrid"/>
        <w:tblW w:type="dxa" w:w="9360"/>
        <w:jc w:val="left"/>
        <w:tblLayout w:type="fixed"/>
        <w:tblLook w:firstColumn="1" w:firstRow="1" w:lastColumn="0" w:lastRow="0" w:noHBand="0" w:noVBand="1" w:val="04A0"/>
        <w:tblInd w:w="100" w:type="dxa"/>
      </w:tblPr>
      <w:tblGrid>
        <w:gridCol w:w="1450"/>
        <w:gridCol w:w="3230"/>
        <w:gridCol w:w="1450"/>
        <w:gridCol w:w="3230"/>
      </w:tblGrid>
      <w:tr>
        <w:tc>
          <w:tcPr>
            <w:tcW w:type="dxa" w:w="1450"/>
            <w:shd w:fill="F3F1EA"/>
            <w:tcMar>
              <w:top w:w="70" w:type="dxa"/>
              <w:start w:w="100" w:type="dxa"/>
              <w:bottom w:w="70" w:type="dxa"/>
              <w:end w:w="100" w:type="dxa"/>
            </w:tcMar>
            <w:vAlign w:val="center"/>
          </w:tcPr>
          <w:p>
            <w:r>
              <w:rPr>
                <w:rFonts w:ascii="Calibri" w:hAnsi="Calibri"/>
                <w:b/>
                <w:color w:val="111111"/>
                <w:sz w:val="15"/>
              </w:rPr>
              <w:t>ITEM 3 / LOT</w:t>
            </w:r>
          </w:p>
        </w:tc>
        <w:tc>
          <w:tcPr>
            <w:tcW w:type="dxa" w:w="3230"/>
            <w:tcMar>
              <w:top w:w="70" w:type="dxa"/>
              <w:start w:w="100" w:type="dxa"/>
              <w:bottom w:w="70" w:type="dxa"/>
              <w:end w:w="100" w:type="dxa"/>
            </w:tcMar>
            <w:vAlign w:val="center"/>
          </w:tcPr>
          <w:p>
            <w:r>
              <w:rPr>
                <w:rFonts w:ascii="Calibri" w:hAnsi="Calibri"/>
                <w:color w:val="111111"/>
                <w:sz w:val="17"/>
              </w:rPr>
              <w:t>Lot: ________</w:t>
            </w:r>
          </w:p>
        </w:tc>
        <w:tc>
          <w:tcPr>
            <w:tcW w:type="dxa" w:w="1450"/>
            <w:shd w:fill="F3F1EA"/>
            <w:tcMar>
              <w:top w:w="70" w:type="dxa"/>
              <w:start w:w="100" w:type="dxa"/>
              <w:bottom w:w="70" w:type="dxa"/>
              <w:end w:w="100" w:type="dxa"/>
            </w:tcMar>
            <w:vAlign w:val="center"/>
          </w:tcPr>
          <w:p>
            <w:r>
              <w:rPr>
                <w:rFonts w:ascii="Calibri" w:hAnsi="Calibri"/>
                <w:b/>
                <w:color w:val="111111"/>
                <w:sz w:val="15"/>
              </w:rPr>
              <w:t>RESERVE</w:t>
            </w:r>
          </w:p>
        </w:tc>
        <w:tc>
          <w:tcPr>
            <w:tcW w:type="dxa" w:w="3230"/>
            <w:tcMar>
              <w:top w:w="70" w:type="dxa"/>
              <w:start w:w="100" w:type="dxa"/>
              <w:bottom w:w="70" w:type="dxa"/>
              <w:end w:w="100" w:type="dxa"/>
            </w:tcMar>
            <w:vAlign w:val="center"/>
          </w:tcPr>
          <w:p>
            <w:r>
              <w:rPr>
                <w:rFonts w:ascii="Calibri" w:hAnsi="Calibri"/>
                <w:color w:val="111111"/>
                <w:sz w:val="17"/>
              </w:rPr>
              <w:t>$ __________ / ☐ None</w:t>
            </w:r>
          </w:p>
        </w:tc>
      </w:tr>
      <w:tr>
        <w:tc>
          <w:tcPr>
            <w:tcW w:type="dxa" w:w="1450"/>
            <w:shd w:fill="F3F1EA"/>
            <w:tcMar>
              <w:top w:w="70" w:type="dxa"/>
              <w:start w:w="100" w:type="dxa"/>
              <w:bottom w:w="70" w:type="dxa"/>
              <w:end w:w="100" w:type="dxa"/>
            </w:tcMar>
            <w:vAlign w:val="center"/>
          </w:tcPr>
          <w:p>
            <w:r>
              <w:rPr>
                <w:rFonts w:ascii="Calibri" w:hAnsi="Calibri"/>
                <w:b/>
                <w:color w:val="111111"/>
                <w:sz w:val="15"/>
              </w:rPr>
              <w:t>MANUFACTURER / IMPORTER</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MODEL</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r>
        <w:tc>
          <w:tcPr>
            <w:tcW w:type="dxa" w:w="1450"/>
            <w:shd w:fill="F3F1EA"/>
            <w:tcMar>
              <w:top w:w="70" w:type="dxa"/>
              <w:start w:w="100" w:type="dxa"/>
              <w:bottom w:w="70" w:type="dxa"/>
              <w:end w:w="100" w:type="dxa"/>
            </w:tcMar>
            <w:vAlign w:val="center"/>
          </w:tcPr>
          <w:p>
            <w:r>
              <w:rPr>
                <w:rFonts w:ascii="Calibri" w:hAnsi="Calibri"/>
                <w:b/>
                <w:color w:val="111111"/>
                <w:sz w:val="15"/>
              </w:rPr>
              <w:t>SERIAL NUMBER</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CALIBER / GAUGE</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r>
        <w:tc>
          <w:tcPr>
            <w:tcW w:type="dxa" w:w="1450"/>
            <w:shd w:fill="F3F1EA"/>
            <w:tcMar>
              <w:top w:w="70" w:type="dxa"/>
              <w:start w:w="100" w:type="dxa"/>
              <w:bottom w:w="70" w:type="dxa"/>
              <w:end w:w="100" w:type="dxa"/>
            </w:tcMar>
            <w:vAlign w:val="center"/>
          </w:tcPr>
          <w:p>
            <w:r>
              <w:rPr>
                <w:rFonts w:ascii="Calibri" w:hAnsi="Calibri"/>
                <w:b/>
                <w:color w:val="111111"/>
                <w:sz w:val="15"/>
              </w:rPr>
              <w:t>TYPE / ACTION</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BARREL / FINISH</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bl>
    <w:p>
      <w:pPr>
        <w:spacing w:before="40" w:after="20"/>
      </w:pPr>
      <w:r>
        <w:rPr>
          <w:rFonts w:ascii="Calibri" w:hAnsi="Calibri"/>
          <w:b/>
          <w:color w:val="111111"/>
          <w:sz w:val="16"/>
        </w:rPr>
        <w:t xml:space="preserve">Condition / notable defects / modifications: </w:t>
      </w:r>
      <w:r>
        <w:rPr>
          <w:rFonts w:ascii="Calibri" w:hAnsi="Calibri"/>
          <w:color w:val="111111"/>
          <w:sz w:val="16"/>
        </w:rPr>
        <w:t>________________________________________________________________________________</w:t>
      </w:r>
    </w:p>
    <w:p>
      <w:pPr>
        <w:spacing w:after="100"/>
      </w:pPr>
      <w:r>
        <w:rPr>
          <w:rFonts w:ascii="Calibri" w:hAnsi="Calibri"/>
          <w:b/>
          <w:color w:val="111111"/>
          <w:sz w:val="16"/>
        </w:rPr>
        <w:t xml:space="preserve">Included accessories, magazine count/capacity, case, optics, paperwork: </w:t>
      </w:r>
      <w:r>
        <w:rPr>
          <w:rFonts w:ascii="Calibri" w:hAnsi="Calibri"/>
          <w:color w:val="111111"/>
          <w:sz w:val="16"/>
        </w:rPr>
        <w:t>____________________________________________</w:t>
      </w:r>
    </w:p>
    <w:tbl>
      <w:tblPr>
        <w:tblStyle w:val="TableGrid"/>
        <w:tblW w:type="dxa" w:w="9360"/>
        <w:jc w:val="left"/>
        <w:tblLayout w:type="fixed"/>
        <w:tblLook w:firstColumn="1" w:firstRow="1" w:lastColumn="0" w:lastRow="0" w:noHBand="0" w:noVBand="1" w:val="04A0"/>
        <w:tblInd w:w="100" w:type="dxa"/>
      </w:tblPr>
      <w:tblGrid>
        <w:gridCol w:w="1450"/>
        <w:gridCol w:w="3230"/>
        <w:gridCol w:w="1450"/>
        <w:gridCol w:w="3230"/>
      </w:tblGrid>
      <w:tr>
        <w:tc>
          <w:tcPr>
            <w:tcW w:type="dxa" w:w="1450"/>
            <w:shd w:fill="F3F1EA"/>
            <w:tcMar>
              <w:top w:w="70" w:type="dxa"/>
              <w:start w:w="100" w:type="dxa"/>
              <w:bottom w:w="70" w:type="dxa"/>
              <w:end w:w="100" w:type="dxa"/>
            </w:tcMar>
            <w:vAlign w:val="center"/>
          </w:tcPr>
          <w:p>
            <w:r>
              <w:rPr>
                <w:rFonts w:ascii="Calibri" w:hAnsi="Calibri"/>
                <w:b/>
                <w:color w:val="111111"/>
                <w:sz w:val="15"/>
              </w:rPr>
              <w:t>ITEM 4 / LOT</w:t>
            </w:r>
          </w:p>
        </w:tc>
        <w:tc>
          <w:tcPr>
            <w:tcW w:type="dxa" w:w="3230"/>
            <w:tcMar>
              <w:top w:w="70" w:type="dxa"/>
              <w:start w:w="100" w:type="dxa"/>
              <w:bottom w:w="70" w:type="dxa"/>
              <w:end w:w="100" w:type="dxa"/>
            </w:tcMar>
            <w:vAlign w:val="center"/>
          </w:tcPr>
          <w:p>
            <w:r>
              <w:rPr>
                <w:rFonts w:ascii="Calibri" w:hAnsi="Calibri"/>
                <w:color w:val="111111"/>
                <w:sz w:val="17"/>
              </w:rPr>
              <w:t>Lot: ________</w:t>
            </w:r>
          </w:p>
        </w:tc>
        <w:tc>
          <w:tcPr>
            <w:tcW w:type="dxa" w:w="1450"/>
            <w:shd w:fill="F3F1EA"/>
            <w:tcMar>
              <w:top w:w="70" w:type="dxa"/>
              <w:start w:w="100" w:type="dxa"/>
              <w:bottom w:w="70" w:type="dxa"/>
              <w:end w:w="100" w:type="dxa"/>
            </w:tcMar>
            <w:vAlign w:val="center"/>
          </w:tcPr>
          <w:p>
            <w:r>
              <w:rPr>
                <w:rFonts w:ascii="Calibri" w:hAnsi="Calibri"/>
                <w:b/>
                <w:color w:val="111111"/>
                <w:sz w:val="15"/>
              </w:rPr>
              <w:t>RESERVE</w:t>
            </w:r>
          </w:p>
        </w:tc>
        <w:tc>
          <w:tcPr>
            <w:tcW w:type="dxa" w:w="3230"/>
            <w:tcMar>
              <w:top w:w="70" w:type="dxa"/>
              <w:start w:w="100" w:type="dxa"/>
              <w:bottom w:w="70" w:type="dxa"/>
              <w:end w:w="100" w:type="dxa"/>
            </w:tcMar>
            <w:vAlign w:val="center"/>
          </w:tcPr>
          <w:p>
            <w:r>
              <w:rPr>
                <w:rFonts w:ascii="Calibri" w:hAnsi="Calibri"/>
                <w:color w:val="111111"/>
                <w:sz w:val="17"/>
              </w:rPr>
              <w:t>$ __________ / ☐ None</w:t>
            </w:r>
          </w:p>
        </w:tc>
      </w:tr>
      <w:tr>
        <w:tc>
          <w:tcPr>
            <w:tcW w:type="dxa" w:w="1450"/>
            <w:shd w:fill="F3F1EA"/>
            <w:tcMar>
              <w:top w:w="70" w:type="dxa"/>
              <w:start w:w="100" w:type="dxa"/>
              <w:bottom w:w="70" w:type="dxa"/>
              <w:end w:w="100" w:type="dxa"/>
            </w:tcMar>
            <w:vAlign w:val="center"/>
          </w:tcPr>
          <w:p>
            <w:r>
              <w:rPr>
                <w:rFonts w:ascii="Calibri" w:hAnsi="Calibri"/>
                <w:b/>
                <w:color w:val="111111"/>
                <w:sz w:val="15"/>
              </w:rPr>
              <w:t>MANUFACTURER / IMPORTER</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MODEL</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r>
        <w:tc>
          <w:tcPr>
            <w:tcW w:type="dxa" w:w="1450"/>
            <w:shd w:fill="F3F1EA"/>
            <w:tcMar>
              <w:top w:w="70" w:type="dxa"/>
              <w:start w:w="100" w:type="dxa"/>
              <w:bottom w:w="70" w:type="dxa"/>
              <w:end w:w="100" w:type="dxa"/>
            </w:tcMar>
            <w:vAlign w:val="center"/>
          </w:tcPr>
          <w:p>
            <w:r>
              <w:rPr>
                <w:rFonts w:ascii="Calibri" w:hAnsi="Calibri"/>
                <w:b/>
                <w:color w:val="111111"/>
                <w:sz w:val="15"/>
              </w:rPr>
              <w:t>SERIAL NUMBER</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CALIBER / GAUGE</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r>
        <w:tc>
          <w:tcPr>
            <w:tcW w:type="dxa" w:w="1450"/>
            <w:shd w:fill="F3F1EA"/>
            <w:tcMar>
              <w:top w:w="70" w:type="dxa"/>
              <w:start w:w="100" w:type="dxa"/>
              <w:bottom w:w="70" w:type="dxa"/>
              <w:end w:w="100" w:type="dxa"/>
            </w:tcMar>
            <w:vAlign w:val="center"/>
          </w:tcPr>
          <w:p>
            <w:r>
              <w:rPr>
                <w:rFonts w:ascii="Calibri" w:hAnsi="Calibri"/>
                <w:b/>
                <w:color w:val="111111"/>
                <w:sz w:val="15"/>
              </w:rPr>
              <w:t>TYPE / ACTION</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c>
          <w:tcPr>
            <w:tcW w:type="dxa" w:w="1450"/>
            <w:shd w:fill="F3F1EA"/>
            <w:tcMar>
              <w:top w:w="70" w:type="dxa"/>
              <w:start w:w="100" w:type="dxa"/>
              <w:bottom w:w="70" w:type="dxa"/>
              <w:end w:w="100" w:type="dxa"/>
            </w:tcMar>
            <w:vAlign w:val="center"/>
          </w:tcPr>
          <w:p>
            <w:r>
              <w:rPr>
                <w:rFonts w:ascii="Calibri" w:hAnsi="Calibri"/>
                <w:b/>
                <w:color w:val="111111"/>
                <w:sz w:val="15"/>
              </w:rPr>
              <w:t>BARREL / FINISH</w:t>
            </w:r>
          </w:p>
        </w:tc>
        <w:tc>
          <w:tcPr>
            <w:tcW w:type="dxa" w:w="3230"/>
            <w:tcMar>
              <w:top w:w="70" w:type="dxa"/>
              <w:start w:w="100" w:type="dxa"/>
              <w:bottom w:w="70" w:type="dxa"/>
              <w:end w:w="100" w:type="dxa"/>
            </w:tcMar>
            <w:vAlign w:val="center"/>
          </w:tcPr>
          <w:p>
            <w:r>
              <w:rPr>
                <w:rFonts w:ascii="Calibri" w:hAnsi="Calibri"/>
                <w:color w:val="111111"/>
                <w:sz w:val="17"/>
              </w:rPr>
              <w:t>____________________________</w:t>
            </w:r>
          </w:p>
        </w:tc>
      </w:tr>
    </w:tbl>
    <w:p>
      <w:pPr>
        <w:spacing w:before="40" w:after="20"/>
      </w:pPr>
      <w:r>
        <w:rPr>
          <w:rFonts w:ascii="Calibri" w:hAnsi="Calibri"/>
          <w:b/>
          <w:color w:val="111111"/>
          <w:sz w:val="16"/>
        </w:rPr>
        <w:t xml:space="preserve">Condition / notable defects / modifications: </w:t>
      </w:r>
      <w:r>
        <w:rPr>
          <w:rFonts w:ascii="Calibri" w:hAnsi="Calibri"/>
          <w:color w:val="111111"/>
          <w:sz w:val="16"/>
        </w:rPr>
        <w:t>________________________________________________________________________________</w:t>
      </w:r>
    </w:p>
    <w:p>
      <w:pPr>
        <w:spacing w:after="100"/>
      </w:pPr>
      <w:r>
        <w:rPr>
          <w:rFonts w:ascii="Calibri" w:hAnsi="Calibri"/>
          <w:b/>
          <w:color w:val="111111"/>
          <w:sz w:val="16"/>
        </w:rPr>
        <w:t xml:space="preserve">Included accessories, magazine count/capacity, case, optics, paperwork: </w:t>
      </w:r>
      <w:r>
        <w:rPr>
          <w:rFonts w:ascii="Calibri" w:hAnsi="Calibri"/>
          <w:color w:val="111111"/>
          <w:sz w:val="16"/>
        </w:rPr>
        <w:t>____________________________________________</w:t>
      </w:r>
    </w:p>
    <w:p>
      <w:pPr>
        <w:spacing w:before="80"/>
      </w:pPr>
      <w:r>
        <w:rPr>
          <w:rFonts w:ascii="Calibri" w:hAnsi="Calibri"/>
          <w:b/>
          <w:color w:val="111111"/>
          <w:sz w:val="17"/>
        </w:rPr>
        <w:t>Additional inventory sheets attached: ☐ No  ☐ Yes, ______ page(s). Each attached sheet must be signed or initialed by Seller and Auctioneer.</w:t>
      </w:r>
    </w:p>
    <w:p>
      <w:r>
        <w:br w:type="page"/>
      </w:r>
    </w:p>
    <w:p>
      <w:pPr>
        <w:jc w:val="center"/>
      </w:pPr>
      <w:r>
        <w:rPr>
          <w:rFonts w:ascii="Calibri" w:hAnsi="Calibri"/>
          <w:b/>
          <w:color w:val="111111"/>
          <w:sz w:val="26"/>
        </w:rPr>
        <w:t>TERMS, SELLER CERTIFICATIONS &amp; SIGNATURES</w:t>
      </w:r>
    </w:p>
    <w:p>
      <w:pPr>
        <w:spacing w:before="160" w:after="80"/>
        <w:shd w:fill="111111"/>
      </w:pPr>
      <w:r>
        <w:rPr>
          <w:rFonts w:ascii="Calibri" w:hAnsi="Calibri"/>
          <w:b/>
          <w:color w:val="FFFFFF"/>
          <w:sz w:val="20"/>
        </w:rPr>
        <w:t xml:space="preserve">  SELLER CERTIFICATIONS</w:t>
      </w:r>
    </w:p>
    <w:p>
      <w:pPr>
        <w:spacing w:after="60"/>
        <w:ind w:left="173" w:hanging="173"/>
      </w:pPr>
      <w:r>
        <w:rPr>
          <w:rFonts w:ascii="Calibri" w:hAnsi="Calibri"/>
          <w:b w:val="0"/>
          <w:color w:val="111111"/>
          <w:sz w:val="20"/>
        </w:rPr>
        <w:t xml:space="preserve">☐ </w:t>
      </w:r>
      <w:r>
        <w:rPr>
          <w:rFonts w:ascii="Calibri" w:hAnsi="Calibri"/>
          <w:color w:val="111111"/>
          <w:sz w:val="18"/>
        </w:rPr>
        <w:t>I am at least 18 years old, the lawful owner of each consigned item or legally authorized to act for the owner, and the information I provided is accurate to the best of my knowledge.</w:t>
      </w:r>
    </w:p>
    <w:p>
      <w:pPr>
        <w:spacing w:after="60"/>
        <w:ind w:left="173" w:hanging="173"/>
      </w:pPr>
      <w:r>
        <w:rPr>
          <w:rFonts w:ascii="Calibri" w:hAnsi="Calibri"/>
          <w:b w:val="0"/>
          <w:color w:val="111111"/>
          <w:sz w:val="20"/>
        </w:rPr>
        <w:t xml:space="preserve">☐ </w:t>
      </w:r>
      <w:r>
        <w:rPr>
          <w:rFonts w:ascii="Calibri" w:hAnsi="Calibri"/>
          <w:color w:val="111111"/>
          <w:sz w:val="18"/>
        </w:rPr>
        <w:t>Each firearm is free of liens, security interests, claims, theft reports, and ownership disputes, except as specifically disclosed in writing and accepted by Auctioneer.</w:t>
      </w:r>
    </w:p>
    <w:p>
      <w:pPr>
        <w:spacing w:after="60"/>
        <w:ind w:left="173" w:hanging="173"/>
      </w:pPr>
      <w:r>
        <w:rPr>
          <w:rFonts w:ascii="Calibri" w:hAnsi="Calibri"/>
          <w:b w:val="0"/>
          <w:color w:val="111111"/>
          <w:sz w:val="20"/>
        </w:rPr>
        <w:t xml:space="preserve">☐ </w:t>
      </w:r>
      <w:r>
        <w:rPr>
          <w:rFonts w:ascii="Calibri" w:hAnsi="Calibri"/>
          <w:color w:val="111111"/>
          <w:sz w:val="18"/>
        </w:rPr>
        <w:t>No serial number has been removed, altered, obliterated, or defaced. I have disclosed any privately made firearm, NFA-regulated item, antique, curio or relic, recalled firearm, unsafe condition, or known defect.</w:t>
      </w:r>
    </w:p>
    <w:p>
      <w:pPr>
        <w:spacing w:after="60"/>
        <w:ind w:left="173" w:hanging="173"/>
      </w:pPr>
      <w:r>
        <w:rPr>
          <w:rFonts w:ascii="Calibri" w:hAnsi="Calibri"/>
          <w:b w:val="0"/>
          <w:color w:val="111111"/>
          <w:sz w:val="20"/>
        </w:rPr>
        <w:t xml:space="preserve">☐ </w:t>
      </w:r>
      <w:r>
        <w:rPr>
          <w:rFonts w:ascii="Calibri" w:hAnsi="Calibri"/>
          <w:color w:val="111111"/>
          <w:sz w:val="18"/>
        </w:rPr>
        <w:t>I am not using this consignment to evade any federal, state, or local requirement, and I authorize Auctioneer and its participating FFL to verify my identity, authority, item information, and lawful title as reasonably necessary.</w:t>
      </w:r>
    </w:p>
    <w:p>
      <w:pPr>
        <w:spacing w:after="60"/>
        <w:ind w:left="173" w:hanging="173"/>
      </w:pPr>
      <w:r>
        <w:rPr>
          <w:rFonts w:ascii="Calibri" w:hAnsi="Calibri"/>
          <w:b w:val="0"/>
          <w:color w:val="111111"/>
          <w:sz w:val="20"/>
        </w:rPr>
        <w:t xml:space="preserve">☐ </w:t>
      </w:r>
      <w:r>
        <w:rPr>
          <w:rFonts w:ascii="Calibri" w:hAnsi="Calibri"/>
          <w:color w:val="111111"/>
          <w:sz w:val="18"/>
        </w:rPr>
        <w:t>The firearm(s) are unloaded at delivery. I have disclosed and separately identified all ammunition, loaded magazines, and hazardous or regulated accessories.</w:t>
      </w:r>
    </w:p>
    <w:p>
      <w:pPr>
        <w:spacing w:before="160" w:after="80"/>
        <w:shd w:fill="111111"/>
      </w:pPr>
      <w:r>
        <w:rPr>
          <w:rFonts w:ascii="Calibri" w:hAnsi="Calibri"/>
          <w:b/>
          <w:color w:val="FFFFFF"/>
          <w:sz w:val="20"/>
        </w:rPr>
        <w:t xml:space="preserve">  AUCTION, TRANSFER, UNSOLD ITEMS, AND RISK</w:t>
      </w:r>
    </w:p>
    <w:p>
      <w:pPr>
        <w:spacing w:after="60"/>
      </w:pPr>
      <w:r>
        <w:rPr>
          <w:rFonts w:ascii="Calibri" w:hAnsi="Calibri"/>
          <w:b/>
          <w:color w:val="111111"/>
          <w:sz w:val="16"/>
        </w:rPr>
        <w:t xml:space="preserve">Sale authority. </w:t>
      </w:r>
      <w:r>
        <w:rPr>
          <w:rFonts w:ascii="Calibri" w:hAnsi="Calibri"/>
          <w:color w:val="111111"/>
          <w:sz w:val="16"/>
        </w:rPr>
        <w:t>Auctioneer may accept the highest bid at or above any written reserve. Seller may not bid directly or indirectly on Seller’s own property or arrange undisclosed shill bidding.</w:t>
      </w:r>
    </w:p>
    <w:p>
      <w:pPr>
        <w:spacing w:after="60"/>
      </w:pPr>
      <w:r>
        <w:rPr>
          <w:rFonts w:ascii="Calibri" w:hAnsi="Calibri"/>
          <w:b/>
          <w:color w:val="111111"/>
          <w:sz w:val="16"/>
        </w:rPr>
        <w:t xml:space="preserve">Descriptions and condition. </w:t>
      </w:r>
      <w:r>
        <w:rPr>
          <w:rFonts w:ascii="Calibri" w:hAnsi="Calibri"/>
          <w:color w:val="111111"/>
          <w:sz w:val="16"/>
        </w:rPr>
        <w:t>Auctioneer may prepare catalog descriptions and estimates from visual inspection and information supplied by Seller. All statements are opinions unless expressly warranted in writing. Seller must promptly correct any known material error.</w:t>
      </w:r>
    </w:p>
    <w:p>
      <w:pPr>
        <w:spacing w:after="60"/>
      </w:pPr>
      <w:r>
        <w:rPr>
          <w:rFonts w:ascii="Calibri" w:hAnsi="Calibri"/>
          <w:b/>
          <w:color w:val="111111"/>
          <w:sz w:val="16"/>
        </w:rPr>
        <w:t xml:space="preserve">Lawful transfers. </w:t>
      </w:r>
      <w:r>
        <w:rPr>
          <w:rFonts w:ascii="Calibri" w:hAnsi="Calibri"/>
          <w:color w:val="111111"/>
          <w:sz w:val="16"/>
        </w:rPr>
        <w:t>Possession, recordkeeping, sale, shipment, transfer, and any return to Seller will be handled as required by law and FFL procedure. A returned consignment may require ATF Form 4473 and a NICS check or other lawful exception.</w:t>
      </w:r>
    </w:p>
    <w:p>
      <w:pPr>
        <w:spacing w:after="60"/>
      </w:pPr>
      <w:r>
        <w:rPr>
          <w:rFonts w:ascii="Calibri" w:hAnsi="Calibri"/>
          <w:b/>
          <w:color w:val="111111"/>
          <w:sz w:val="16"/>
        </w:rPr>
        <w:t xml:space="preserve">Payment and default. </w:t>
      </w:r>
      <w:r>
        <w:rPr>
          <w:rFonts w:ascii="Calibri" w:hAnsi="Calibri"/>
          <w:color w:val="111111"/>
          <w:sz w:val="16"/>
        </w:rPr>
        <w:t>Auctioneer may delay settlement until buyer funds are collected and the transaction is final. If a buyer defaults, Auctioneer may cancel the sale, pursue the buyer, or resell the item. Seller is not entitled to proceeds not actually collected.</w:t>
      </w:r>
    </w:p>
    <w:p>
      <w:pPr>
        <w:spacing w:after="60"/>
      </w:pPr>
      <w:r>
        <w:rPr>
          <w:rFonts w:ascii="Calibri" w:hAnsi="Calibri"/>
          <w:b/>
          <w:color w:val="111111"/>
          <w:sz w:val="16"/>
        </w:rPr>
        <w:t xml:space="preserve">Withdrawal and unsold property. </w:t>
      </w:r>
      <w:r>
        <w:rPr>
          <w:rFonts w:ascii="Calibri" w:hAnsi="Calibri"/>
          <w:color w:val="111111"/>
          <w:sz w:val="16"/>
        </w:rPr>
        <w:t>Seller may not withdraw a published lot without Auctioneer’s written consent and payment of any agreed withdrawal fee and expenses. Seller must retrieve unsold or withdrawn property within ______ days after notice and complete any required transfer process.</w:t>
      </w:r>
    </w:p>
    <w:p>
      <w:pPr>
        <w:spacing w:after="60"/>
      </w:pPr>
      <w:r>
        <w:rPr>
          <w:rFonts w:ascii="Calibri" w:hAnsi="Calibri"/>
          <w:b/>
          <w:color w:val="111111"/>
          <w:sz w:val="16"/>
        </w:rPr>
        <w:t xml:space="preserve">Loss or damage. </w:t>
      </w:r>
      <w:r>
        <w:rPr>
          <w:rFonts w:ascii="Calibri" w:hAnsi="Calibri"/>
          <w:color w:val="111111"/>
          <w:sz w:val="16"/>
        </w:rPr>
        <w:t>Auctioneer will use reasonable care while property is in its custody. Responsibility for loss or damage, insurance limits, exclusions, and valuation shall be: ____________________________________________________________________.</w:t>
      </w:r>
    </w:p>
    <w:p>
      <w:pPr>
        <w:spacing w:after="60"/>
      </w:pPr>
      <w:r>
        <w:rPr>
          <w:rFonts w:ascii="Calibri" w:hAnsi="Calibri"/>
          <w:b/>
          <w:color w:val="111111"/>
          <w:sz w:val="16"/>
        </w:rPr>
        <w:t xml:space="preserve">Indemnity. </w:t>
      </w:r>
      <w:r>
        <w:rPr>
          <w:rFonts w:ascii="Calibri" w:hAnsi="Calibri"/>
          <w:color w:val="111111"/>
          <w:sz w:val="16"/>
        </w:rPr>
        <w:t>Seller agrees to reimburse and defend Auctioneer and participating service providers from claims, losses, penalties, or expenses caused by Seller’s breach, false statement, defective title, illegal item, or failure to disclose a material fact, to the extent permitted by law.</w:t>
      </w:r>
    </w:p>
    <w:p>
      <w:pPr>
        <w:spacing w:after="60"/>
      </w:pPr>
      <w:r>
        <w:rPr>
          <w:rFonts w:ascii="Calibri" w:hAnsi="Calibri"/>
          <w:b/>
          <w:color w:val="111111"/>
          <w:sz w:val="16"/>
        </w:rPr>
        <w:t xml:space="preserve">Entire agreement / governing law. </w:t>
      </w:r>
      <w:r>
        <w:rPr>
          <w:rFonts w:ascii="Calibri" w:hAnsi="Calibri"/>
          <w:color w:val="111111"/>
          <w:sz w:val="16"/>
        </w:rPr>
        <w:t>This document, its signed inventory pages, and incorporated auction terms are the entire agreement. Changes must be in writing signed by both parties. Missouri law governs; venue shall be __________________ County, Missouri, unless applicable law requires otherwise.</w:t>
      </w:r>
    </w:p>
    <w:p>
      <w:pPr>
        <w:spacing w:before="160" w:after="80"/>
        <w:shd w:fill="111111"/>
      </w:pPr>
      <w:r>
        <w:rPr>
          <w:rFonts w:ascii="Calibri" w:hAnsi="Calibri"/>
          <w:b/>
          <w:color w:val="FFFFFF"/>
          <w:sz w:val="20"/>
        </w:rPr>
        <w:t xml:space="preserve">  SIGNATURES</w:t>
      </w:r>
    </w:p>
    <w:p>
      <w:pPr>
        <w:spacing w:after="100"/>
      </w:pPr>
      <w:r>
        <w:rPr>
          <w:rFonts w:ascii="Calibri" w:hAnsi="Calibri"/>
          <w:b/>
          <w:color w:val="111111"/>
          <w:sz w:val="17"/>
        </w:rPr>
        <w:t>By signing, each party acknowledges that the business terms were completed before signing, the inventory was reviewed, and a copy of the signed agreement was provided to Seller.</w:t>
      </w:r>
    </w:p>
    <w:tbl>
      <w:tblPr>
        <w:tblStyle w:val="TableGrid"/>
        <w:tblW w:type="dxa" w:w="9360"/>
        <w:jc w:val="left"/>
        <w:tblLayout w:type="fixed"/>
        <w:tblLook w:firstColumn="1" w:firstRow="1" w:lastColumn="0" w:lastRow="0" w:noHBand="0" w:noVBand="1" w:val="04A0"/>
        <w:tblInd w:w="100" w:type="dxa"/>
      </w:tblPr>
      <w:tblGrid>
        <w:gridCol w:w="1700"/>
        <w:gridCol w:w="2980"/>
        <w:gridCol w:w="1700"/>
        <w:gridCol w:w="2980"/>
      </w:tblGrid>
      <w:tr>
        <w:tc>
          <w:tcPr>
            <w:tcW w:type="dxa" w:w="1700"/>
            <w:shd w:fill="F3F1EA"/>
            <w:tcMar>
              <w:top w:w="70" w:type="dxa"/>
              <w:start w:w="100" w:type="dxa"/>
              <w:bottom w:w="70" w:type="dxa"/>
              <w:end w:w="100" w:type="dxa"/>
            </w:tcMar>
            <w:vAlign w:val="center"/>
          </w:tcPr>
          <w:p>
            <w:r>
              <w:rPr>
                <w:rFonts w:ascii="Calibri" w:hAnsi="Calibri"/>
                <w:b/>
                <w:color w:val="111111"/>
                <w:sz w:val="17"/>
              </w:rPr>
              <w:t>Seller Signature</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c>
          <w:tcPr>
            <w:tcW w:type="dxa" w:w="1700"/>
            <w:shd w:fill="F3F1EA"/>
            <w:tcMar>
              <w:top w:w="70" w:type="dxa"/>
              <w:start w:w="100" w:type="dxa"/>
              <w:bottom w:w="70" w:type="dxa"/>
              <w:end w:w="100" w:type="dxa"/>
            </w:tcMar>
            <w:vAlign w:val="center"/>
          </w:tcPr>
          <w:p>
            <w:r>
              <w:rPr>
                <w:rFonts w:ascii="Calibri" w:hAnsi="Calibri"/>
                <w:b/>
                <w:color w:val="111111"/>
                <w:sz w:val="17"/>
              </w:rPr>
              <w:t>Date / Time</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Printed Name</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c>
          <w:tcPr>
            <w:tcW w:type="dxa" w:w="1700"/>
            <w:shd w:fill="F3F1EA"/>
            <w:tcMar>
              <w:top w:w="70" w:type="dxa"/>
              <w:start w:w="100" w:type="dxa"/>
              <w:bottom w:w="70" w:type="dxa"/>
              <w:end w:w="100" w:type="dxa"/>
            </w:tcMar>
            <w:vAlign w:val="center"/>
          </w:tcPr>
          <w:p>
            <w:r>
              <w:rPr>
                <w:rFonts w:ascii="Calibri" w:hAnsi="Calibri"/>
                <w:b/>
                <w:color w:val="111111"/>
                <w:sz w:val="17"/>
              </w:rPr>
              <w:t>Seller Initials</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Auctioneer Signature</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c>
          <w:tcPr>
            <w:tcW w:type="dxa" w:w="1700"/>
            <w:shd w:fill="F3F1EA"/>
            <w:tcMar>
              <w:top w:w="70" w:type="dxa"/>
              <w:start w:w="100" w:type="dxa"/>
              <w:bottom w:w="70" w:type="dxa"/>
              <w:end w:w="100" w:type="dxa"/>
            </w:tcMar>
            <w:vAlign w:val="center"/>
          </w:tcPr>
          <w:p>
            <w:r>
              <w:rPr>
                <w:rFonts w:ascii="Calibri" w:hAnsi="Calibri"/>
                <w:b/>
                <w:color w:val="111111"/>
                <w:sz w:val="17"/>
              </w:rPr>
              <w:t>Date / Time</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r>
      <w:tr>
        <w:tc>
          <w:tcPr>
            <w:tcW w:type="dxa" w:w="1700"/>
            <w:shd w:fill="F3F1EA"/>
            <w:tcMar>
              <w:top w:w="70" w:type="dxa"/>
              <w:start w:w="100" w:type="dxa"/>
              <w:bottom w:w="70" w:type="dxa"/>
              <w:end w:w="100" w:type="dxa"/>
            </w:tcMar>
            <w:vAlign w:val="center"/>
          </w:tcPr>
          <w:p>
            <w:r>
              <w:rPr>
                <w:rFonts w:ascii="Calibri" w:hAnsi="Calibri"/>
                <w:b/>
                <w:color w:val="111111"/>
                <w:sz w:val="17"/>
              </w:rPr>
              <w:t>Printed Name / Title</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c>
          <w:tcPr>
            <w:tcW w:type="dxa" w:w="1700"/>
            <w:shd w:fill="F3F1EA"/>
            <w:tcMar>
              <w:top w:w="70" w:type="dxa"/>
              <w:start w:w="100" w:type="dxa"/>
              <w:bottom w:w="70" w:type="dxa"/>
              <w:end w:w="100" w:type="dxa"/>
            </w:tcMar>
            <w:vAlign w:val="center"/>
          </w:tcPr>
          <w:p>
            <w:r>
              <w:rPr>
                <w:rFonts w:ascii="Calibri" w:hAnsi="Calibri"/>
                <w:b/>
                <w:color w:val="111111"/>
                <w:sz w:val="17"/>
              </w:rPr>
              <w:t>Receiving FFL (if different)</w:t>
            </w:r>
          </w:p>
        </w:tc>
        <w:tc>
          <w:tcPr>
            <w:tcW w:type="dxa" w:w="2980"/>
            <w:tcMar>
              <w:top w:w="70" w:type="dxa"/>
              <w:start w:w="100" w:type="dxa"/>
              <w:bottom w:w="70" w:type="dxa"/>
              <w:end w:w="100" w:type="dxa"/>
            </w:tcMar>
            <w:vAlign w:val="center"/>
          </w:tcPr>
          <w:p>
            <w:r>
              <w:rPr>
                <w:rFonts w:ascii="Calibri" w:hAnsi="Calibri"/>
                <w:color w:val="111111"/>
                <w:sz w:val="18"/>
              </w:rPr>
              <w:t>______________________</w:t>
            </w:r>
          </w:p>
        </w:tc>
      </w:tr>
    </w:tbl>
    <w:p>
      <w:pPr>
        <w:spacing w:before="140"/>
        <w:jc w:val="center"/>
      </w:pPr>
      <w:r>
        <w:rPr>
          <w:rFonts w:ascii="Calibri" w:hAnsi="Calibri"/>
          <w:b/>
          <w:color w:val="666666"/>
          <w:sz w:val="16"/>
        </w:rPr>
        <w:t>IMPORTANT: This template should be reviewed by B A Rigby Auctions’ attorney and participating FFL before first use and whenever law, fees, insurance, or operating procedures change.</w:t>
      </w:r>
    </w:p>
    <w:sectPr w:rsidR="00FC693F" w:rsidRPr="0006063C" w:rsidSect="00034616">
      <w:headerReference w:type="default" r:id="rId9"/>
      <w:footerReference w:type="default" r:id="rId10"/>
      <w:pgSz w:w="12240" w:h="15840"/>
      <w:pgMar w:top="1008" w:right="1008" w:bottom="1008" w:left="1008"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color w:val="666666"/>
        <w:sz w:val="16"/>
      </w:rPr>
      <w:t xml:space="preserve">BARIGBY.COM  •  Seller initials: __________  •  Page </w:t>
    </w:r>
    <w:fldSimple w:instr="PAGE"/>
    <w:r>
      <w:rPr>
        <w:rFonts w:ascii="Calibri" w:hAnsi="Calibri"/>
        <w:b w:val="0"/>
        <w:color w:val="666666"/>
        <w:sz w:val="16"/>
      </w:rPr>
      <w:t xml:space="preserve"> of </w:t>
    </w:r>
    <w:fldSimple w:instr="NUMPAGES"/>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B08D2F"/>
        <w:sz w:val="16"/>
      </w:rPr>
      <w:t>B A RIGBY AUCTIONS  |  FIREARM CONSIGNMENT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Calibri" w:hAnsi="Calibri"/>
      <w:b/>
      <w:bCs/>
      <w:color w:val="111111"/>
      <w:sz w:val="28"/>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Calibri" w:hAnsi="Calibri"/>
      <w:b/>
      <w:bCs/>
      <w:color w:val="11111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A Rigby Auctions Firearm Consignment &amp; Auction Agreement</dc:title>
  <dc:subject>Reusable seller consignment form for online firearm auctions</dc:subject>
  <dc:creator>B A Rigby Auctions</dc:creator>
  <cp:keywords/>
  <dc:description>generated by python-docx</dc:description>
  <cp:lastModifiedBy/>
  <cp:revision>1</cp:revision>
  <dcterms:created xsi:type="dcterms:W3CDTF">2013-12-23T23:15:00Z</dcterms:created>
  <dcterms:modified xsi:type="dcterms:W3CDTF">2013-12-23T23:15:00Z</dcterms:modified>
  <cp:category/>
</cp:coreProperties>
</file>